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A681A" w14:textId="3A42DD3A" w:rsidR="00485F47" w:rsidRDefault="00485F47">
      <w:pPr>
        <w:jc w:val="center"/>
      </w:pPr>
    </w:p>
    <w:p w14:paraId="71588329" w14:textId="77777777" w:rsidR="00485F47" w:rsidRPr="00C62C27" w:rsidRDefault="009E148E">
      <w:pPr>
        <w:pStyle w:val="TitleCustom"/>
        <w:jc w:val="center"/>
        <w:rPr>
          <w:lang w:val="ru-RU"/>
        </w:rPr>
      </w:pPr>
      <w:r w:rsidRPr="00C62C27">
        <w:rPr>
          <w:lang w:val="ru-RU"/>
        </w:rPr>
        <w:t>ИТАЛИЯ - ШВЕЙЦАРИЯ - КНЯЖЕСТВО ЛИХТЕНШТЕЙН</w:t>
      </w:r>
    </w:p>
    <w:p w14:paraId="6BACB44D" w14:textId="77777777" w:rsidR="00485F47" w:rsidRPr="00C62C27" w:rsidRDefault="007130A3">
      <w:pPr>
        <w:pStyle w:val="SubtitleCustom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 дней/6</w:t>
      </w:r>
      <w:r w:rsidR="009E148E" w:rsidRPr="00C62C27">
        <w:rPr>
          <w:sz w:val="24"/>
          <w:szCs w:val="24"/>
          <w:lang w:val="ru-RU"/>
        </w:rPr>
        <w:t xml:space="preserve"> ночей | воскресенье-</w:t>
      </w:r>
      <w:r>
        <w:rPr>
          <w:sz w:val="24"/>
          <w:szCs w:val="24"/>
          <w:lang w:val="ru-RU"/>
        </w:rPr>
        <w:t>суббота</w:t>
      </w:r>
    </w:p>
    <w:p w14:paraId="5B8DEA47" w14:textId="77777777" w:rsidR="00485F47" w:rsidRPr="00C62C27" w:rsidRDefault="009E148E">
      <w:pPr>
        <w:pStyle w:val="SubtitleCustom"/>
        <w:jc w:val="center"/>
        <w:rPr>
          <w:sz w:val="24"/>
          <w:szCs w:val="24"/>
          <w:lang w:val="ru-RU"/>
        </w:rPr>
      </w:pPr>
      <w:r w:rsidRPr="00C62C27">
        <w:rPr>
          <w:sz w:val="24"/>
          <w:szCs w:val="24"/>
          <w:lang w:val="ru-RU"/>
        </w:rPr>
        <w:t>Милан - (Бергамо) - (Верона) - Княжество Лихтенштейн - Цюрих - (Люцерн) - (Штайн Ам Райн и Рейнский водопад) - Берн - Турин - Милан</w:t>
      </w:r>
    </w:p>
    <w:p w14:paraId="6E618CD1" w14:textId="77777777" w:rsidR="00485F47" w:rsidRPr="00C62C27" w:rsidRDefault="00485F47">
      <w:pPr>
        <w:pBdr>
          <w:bottom w:val="single" w:sz="6" w:space="1" w:color="B08A3E"/>
        </w:pBdr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2441"/>
        <w:gridCol w:w="7867"/>
      </w:tblGrid>
      <w:tr w:rsidR="00485F47" w:rsidRPr="00D1223E" w14:paraId="38CE2D31" w14:textId="77777777" w:rsidTr="00C62C27">
        <w:trPr>
          <w:jc w:val="center"/>
        </w:trPr>
        <w:tc>
          <w:tcPr>
            <w:tcW w:w="1184" w:type="pct"/>
            <w:shd w:val="clear" w:color="auto" w:fill="EAF0F8"/>
            <w:vAlign w:val="center"/>
          </w:tcPr>
          <w:p w14:paraId="2F6424C3" w14:textId="77777777" w:rsidR="00485F47" w:rsidRDefault="009E148E">
            <w:pPr>
              <w:spacing w:after="0" w:line="240" w:lineRule="auto"/>
            </w:pPr>
            <w:r>
              <w:rPr>
                <w:b/>
                <w:color w:val="193A6A"/>
                <w:sz w:val="20"/>
              </w:rPr>
              <w:t>Период заездов</w:t>
            </w:r>
          </w:p>
        </w:tc>
        <w:tc>
          <w:tcPr>
            <w:tcW w:w="3816" w:type="pct"/>
            <w:vAlign w:val="center"/>
          </w:tcPr>
          <w:p w14:paraId="2FE329FA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Заезды по воскресеньям</w:t>
            </w:r>
            <w:r w:rsidR="00606DF7" w:rsidRPr="006D6F5D">
              <w:rPr>
                <w:szCs w:val="21"/>
                <w:lang w:val="ru-RU"/>
              </w:rPr>
              <w:t>,</w:t>
            </w:r>
            <w:r w:rsidR="006C588E" w:rsidRP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>зима 2026-2027: 08.11, 15.11, 22.11, 29.11, 13.12, 27.12.2026 / 03.01, 17.01, 14.02, 28.02, 07.03, 14.03, 21.03, 28.03.2027г.</w:t>
            </w:r>
          </w:p>
        </w:tc>
      </w:tr>
      <w:tr w:rsidR="00485F47" w:rsidRPr="00D1223E" w14:paraId="3DBBE8FD" w14:textId="77777777" w:rsidTr="00C62C27">
        <w:trPr>
          <w:jc w:val="center"/>
        </w:trPr>
        <w:tc>
          <w:tcPr>
            <w:tcW w:w="1184" w:type="pct"/>
            <w:shd w:val="clear" w:color="auto" w:fill="EAF0F8"/>
            <w:vAlign w:val="center"/>
          </w:tcPr>
          <w:p w14:paraId="58A894AE" w14:textId="77777777" w:rsidR="00485F47" w:rsidRDefault="009E148E">
            <w:pPr>
              <w:spacing w:after="0" w:line="240" w:lineRule="auto"/>
            </w:pPr>
            <w:proofErr w:type="spellStart"/>
            <w:r>
              <w:rPr>
                <w:b/>
                <w:color w:val="193A6A"/>
                <w:sz w:val="20"/>
              </w:rPr>
              <w:t>Формат</w:t>
            </w:r>
            <w:proofErr w:type="spellEnd"/>
            <w:r>
              <w:rPr>
                <w:b/>
                <w:color w:val="193A6A"/>
                <w:sz w:val="20"/>
              </w:rPr>
              <w:t xml:space="preserve"> </w:t>
            </w:r>
            <w:proofErr w:type="spellStart"/>
            <w:r>
              <w:rPr>
                <w:b/>
                <w:color w:val="193A6A"/>
                <w:sz w:val="20"/>
              </w:rPr>
              <w:t>тура</w:t>
            </w:r>
            <w:proofErr w:type="spellEnd"/>
          </w:p>
        </w:tc>
        <w:tc>
          <w:tcPr>
            <w:tcW w:w="3816" w:type="pct"/>
            <w:vAlign w:val="center"/>
          </w:tcPr>
          <w:p w14:paraId="565CB5EB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Гарантированные заезды по графику. Маршрут по Италии, Швейцарии и Княжеству Лихтенштейн с возможностью дополнить программу факультативными экскурсиями.</w:t>
            </w:r>
          </w:p>
        </w:tc>
      </w:tr>
      <w:tr w:rsidR="00485F47" w14:paraId="50663608" w14:textId="77777777" w:rsidTr="00C62C27">
        <w:tblPrEx>
          <w:tbl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  <w:insideH w:val="single" w:sz="0" w:space="0" w:color="FFFFFF"/>
            <w:insideV w:val="single" w:sz="0" w:space="0" w:color="FFFFFF"/>
          </w:tblBorders>
        </w:tblPrEx>
        <w:trPr>
          <w:jc w:val="center"/>
        </w:trPr>
        <w:tc>
          <w:tcPr>
            <w:tcW w:w="5000" w:type="pct"/>
            <w:gridSpan w:val="2"/>
            <w:vAlign w:val="center"/>
          </w:tcPr>
          <w:p w14:paraId="6CE60BF9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  <w:lang w:val="ru-RU"/>
              </w:rPr>
              <w:t xml:space="preserve">Ключевые точки маршрута: Милан, Бергамо, Верона, Княжество Лихтенштейн, Цюрих, Люцерн, Штайн Ам Райн и Рейнский водопад, Берн, Турин. </w:t>
            </w:r>
            <w:r w:rsidRPr="006D6F5D">
              <w:rPr>
                <w:szCs w:val="21"/>
              </w:rPr>
              <w:t>Включены основные обзорные экскурсии и сопровождение на русском языке.</w:t>
            </w:r>
          </w:p>
        </w:tc>
      </w:tr>
    </w:tbl>
    <w:p w14:paraId="7C33C45E" w14:textId="77777777" w:rsidR="00485F47" w:rsidRDefault="009E148E">
      <w:pPr>
        <w:pStyle w:val="Heading1Custom"/>
        <w:jc w:val="center"/>
      </w:pPr>
      <w:r>
        <w:t>Программа тура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1525"/>
        <w:gridCol w:w="2128"/>
        <w:gridCol w:w="6655"/>
      </w:tblGrid>
      <w:tr w:rsidR="00485F47" w14:paraId="4A7545FA" w14:textId="77777777" w:rsidTr="00B65CC6">
        <w:trPr>
          <w:tblHeader/>
          <w:jc w:val="center"/>
        </w:trPr>
        <w:tc>
          <w:tcPr>
            <w:tcW w:w="740" w:type="pct"/>
            <w:shd w:val="clear" w:color="auto" w:fill="193A6A"/>
            <w:vAlign w:val="center"/>
          </w:tcPr>
          <w:p w14:paraId="690146D4" w14:textId="77777777" w:rsidR="00485F47" w:rsidRDefault="009E148E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День</w:t>
            </w:r>
            <w:proofErr w:type="spellEnd"/>
          </w:p>
        </w:tc>
        <w:tc>
          <w:tcPr>
            <w:tcW w:w="1032" w:type="pct"/>
            <w:shd w:val="clear" w:color="auto" w:fill="193A6A"/>
            <w:vAlign w:val="center"/>
          </w:tcPr>
          <w:p w14:paraId="71071671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Маршрут</w:t>
            </w:r>
          </w:p>
        </w:tc>
        <w:tc>
          <w:tcPr>
            <w:tcW w:w="3228" w:type="pct"/>
            <w:shd w:val="clear" w:color="auto" w:fill="193A6A"/>
            <w:vAlign w:val="center"/>
          </w:tcPr>
          <w:p w14:paraId="37F4EEAD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Описание</w:t>
            </w:r>
          </w:p>
        </w:tc>
      </w:tr>
      <w:tr w:rsidR="00485F47" w14:paraId="395DFC24" w14:textId="77777777" w:rsidTr="00B65CC6">
        <w:trPr>
          <w:jc w:val="center"/>
        </w:trPr>
        <w:tc>
          <w:tcPr>
            <w:tcW w:w="740" w:type="pct"/>
            <w:vAlign w:val="center"/>
          </w:tcPr>
          <w:p w14:paraId="100A6D94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День 1 / ВС</w:t>
            </w:r>
          </w:p>
        </w:tc>
        <w:tc>
          <w:tcPr>
            <w:tcW w:w="1032" w:type="pct"/>
            <w:vAlign w:val="center"/>
          </w:tcPr>
          <w:p w14:paraId="7B1A6D80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Милан - (Бергамо)</w:t>
            </w:r>
          </w:p>
        </w:tc>
        <w:tc>
          <w:tcPr>
            <w:tcW w:w="3228" w:type="pct"/>
            <w:vAlign w:val="center"/>
          </w:tcPr>
          <w:p w14:paraId="3FE7C42E" w14:textId="77777777" w:rsidR="00485F47" w:rsidRPr="006D6F5D" w:rsidRDefault="009E148E" w:rsidP="00A337D9">
            <w:pPr>
              <w:spacing w:after="0" w:line="240" w:lineRule="auto"/>
              <w:jc w:val="both"/>
              <w:rPr>
                <w:szCs w:val="21"/>
              </w:rPr>
            </w:pPr>
            <w:r w:rsidRPr="006D6F5D">
              <w:rPr>
                <w:szCs w:val="21"/>
                <w:lang w:val="ru-RU"/>
              </w:rPr>
              <w:t xml:space="preserve">Прилет в Милан. В аэропорту встреча с представителем компании </w:t>
            </w:r>
            <w:r w:rsidRPr="006D6F5D">
              <w:rPr>
                <w:szCs w:val="21"/>
              </w:rPr>
              <w:t>c</w:t>
            </w:r>
            <w:r w:rsidRPr="006D6F5D">
              <w:rPr>
                <w:szCs w:val="21"/>
                <w:lang w:val="ru-RU"/>
              </w:rPr>
              <w:t xml:space="preserve"> табличкой </w:t>
            </w:r>
            <w:r w:rsidRPr="006D6F5D">
              <w:rPr>
                <w:szCs w:val="21"/>
              </w:rPr>
              <w:t>Europe</w:t>
            </w:r>
            <w:r w:rsidRP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</w:rPr>
              <w:t>Voyage</w:t>
            </w:r>
            <w:r w:rsidRPr="006D6F5D">
              <w:rPr>
                <w:szCs w:val="21"/>
                <w:lang w:val="ru-RU"/>
              </w:rPr>
              <w:t>. Трансфер в отель</w:t>
            </w:r>
            <w:r w:rsidR="00F50777" w:rsidRPr="006D6F5D">
              <w:rPr>
                <w:szCs w:val="21"/>
                <w:lang w:val="ru-RU"/>
              </w:rPr>
              <w:t xml:space="preserve"> в окрестностях Милана</w:t>
            </w:r>
            <w:r w:rsidRPr="006D6F5D">
              <w:rPr>
                <w:szCs w:val="21"/>
                <w:lang w:val="ru-RU"/>
              </w:rPr>
              <w:t xml:space="preserve">. Свободное время. Только для прилетов ранними рейсами возможно организовать факультативную экскурсию в Бергамо. Бергамо расположен в 50 км от Милана, в провинции Ломбардия, в долине реки По, лежащей в альпийских предгорьях. Население города составляет около 120 тысяч жителей. Бергамо - родина героя итальянской комедии дель арте Арлекина, традиционного танца Италии бергамаска, а также европейская родина бергамота. Это старинный город с богатой историей, впечатляющей архитектурой и отлично сохранившимся историческим центром, главные достопримечательности которого вы увидите во время экскурсии. </w:t>
            </w:r>
            <w:r w:rsidRPr="006D6F5D">
              <w:rPr>
                <w:szCs w:val="21"/>
              </w:rPr>
              <w:t>Возвращение в отель. Ночь в отеле.</w:t>
            </w:r>
          </w:p>
        </w:tc>
      </w:tr>
      <w:tr w:rsidR="00485F47" w14:paraId="6329BE0A" w14:textId="77777777" w:rsidTr="00B65CC6">
        <w:trPr>
          <w:jc w:val="center"/>
        </w:trPr>
        <w:tc>
          <w:tcPr>
            <w:tcW w:w="740" w:type="pct"/>
            <w:vAlign w:val="center"/>
          </w:tcPr>
          <w:p w14:paraId="659ECC57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День 2 / ПН</w:t>
            </w:r>
          </w:p>
        </w:tc>
        <w:tc>
          <w:tcPr>
            <w:tcW w:w="1032" w:type="pct"/>
            <w:vAlign w:val="center"/>
          </w:tcPr>
          <w:p w14:paraId="18120897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Милан - (Верона)</w:t>
            </w:r>
          </w:p>
        </w:tc>
        <w:tc>
          <w:tcPr>
            <w:tcW w:w="3228" w:type="pct"/>
            <w:vAlign w:val="center"/>
          </w:tcPr>
          <w:p w14:paraId="06E03A50" w14:textId="77777777" w:rsidR="00485F47" w:rsidRPr="006D6F5D" w:rsidRDefault="009E148E" w:rsidP="00A337D9">
            <w:pPr>
              <w:spacing w:after="0" w:line="240" w:lineRule="auto"/>
              <w:jc w:val="both"/>
              <w:rPr>
                <w:szCs w:val="21"/>
              </w:rPr>
            </w:pPr>
            <w:r w:rsidRPr="006D6F5D">
              <w:rPr>
                <w:szCs w:val="21"/>
                <w:lang w:val="ru-RU"/>
              </w:rPr>
              <w:t>Завтрак в отеле. Свободное время. Для желающих, факультативная экскурсия в Верону</w:t>
            </w:r>
            <w:r w:rsidR="00A15DE5" w:rsidRP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>-</w:t>
            </w:r>
            <w:r w:rsidR="00A15DE5" w:rsidRP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 xml:space="preserve">один из самых удивительных городов в мире, родина Ромео и Джульетты. На экскурсии мы увидим амфитеатр Арена, он на 40 лет старше Колизея и лучше сохранился. Арку Гави, римского периода, прекрасно сохранившееся античные ворота Борсари. Площадь зелёных лотков с рынком, средневековой колонной, позорным столбом, дворцами с фресками. Захоронения рода Делла Скала является вершиной готического искусства. Увидим дом Ромео и пройдемся по той дороге, по которой он шел на свидание к Джульетте. </w:t>
            </w:r>
            <w:r w:rsidR="00C66C9C">
              <w:rPr>
                <w:rFonts w:cs="Arial"/>
                <w:sz w:val="22"/>
                <w:lang w:val="ru-RU"/>
              </w:rPr>
              <w:t xml:space="preserve">Подойдем к ее дому и загадаем желание. </w:t>
            </w:r>
            <w:r w:rsidRPr="006D6F5D">
              <w:rPr>
                <w:szCs w:val="21"/>
                <w:lang w:val="ru-RU"/>
              </w:rPr>
              <w:t>Экскурсия в Верону предусматривает дополнительную возможность посещения озера Гарда в одном из самых знаменитых европейских озерных курортов с природными термальными источниками</w:t>
            </w:r>
            <w:r w:rsidR="00A15DE5" w:rsidRP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>-</w:t>
            </w:r>
            <w:r w:rsidR="00A15DE5" w:rsidRP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 xml:space="preserve">городке Сирмионе. У нас будет возможность искупаться и попробовать вкуснейшее мороженое. Возвращение в отель. </w:t>
            </w:r>
            <w:r w:rsidRPr="006D6F5D">
              <w:rPr>
                <w:szCs w:val="21"/>
              </w:rPr>
              <w:t>Ночь в отеле</w:t>
            </w:r>
          </w:p>
        </w:tc>
      </w:tr>
      <w:tr w:rsidR="00485F47" w:rsidRPr="00D1223E" w14:paraId="5B3F2D39" w14:textId="77777777" w:rsidTr="00B65CC6">
        <w:trPr>
          <w:jc w:val="center"/>
        </w:trPr>
        <w:tc>
          <w:tcPr>
            <w:tcW w:w="740" w:type="pct"/>
            <w:vAlign w:val="center"/>
          </w:tcPr>
          <w:p w14:paraId="536C8190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День 3 / ВТ</w:t>
            </w:r>
          </w:p>
        </w:tc>
        <w:tc>
          <w:tcPr>
            <w:tcW w:w="1032" w:type="pct"/>
            <w:vAlign w:val="center"/>
          </w:tcPr>
          <w:p w14:paraId="04B35BCA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Лихтенштейн - Цюрих</w:t>
            </w:r>
          </w:p>
        </w:tc>
        <w:tc>
          <w:tcPr>
            <w:tcW w:w="3228" w:type="pct"/>
            <w:vAlign w:val="center"/>
          </w:tcPr>
          <w:p w14:paraId="6FD50C20" w14:textId="77777777" w:rsidR="00485F47" w:rsidRPr="006D6F5D" w:rsidRDefault="009E148E" w:rsidP="00A337D9">
            <w:pPr>
              <w:spacing w:after="0" w:line="240" w:lineRule="auto"/>
              <w:jc w:val="both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Завтрак в отеле. Выезд из отеля с багажом. Переезд в Цюрих. По дороге остановка в Княжестве Лихтенштей</w:t>
            </w:r>
            <w:r w:rsidR="00257E23" w:rsidRPr="006D6F5D">
              <w:rPr>
                <w:szCs w:val="21"/>
                <w:lang w:val="ru-RU"/>
              </w:rPr>
              <w:t>н</w:t>
            </w:r>
            <w:r w:rsidRPr="006D6F5D">
              <w:rPr>
                <w:szCs w:val="21"/>
                <w:lang w:val="ru-RU"/>
              </w:rPr>
              <w:t xml:space="preserve">. Лихтенштейн - маленькая прелестная страна, площадью около 160 кв. км. Три четверти страны занимают горы. Осмотр исторического центра столицы с сопровождающим группы. Переезд в Цюрих - финансовый центр Швейцарии. Экскурсия с гидом по </w:t>
            </w:r>
            <w:r w:rsidRPr="006D6F5D">
              <w:rPr>
                <w:szCs w:val="21"/>
                <w:lang w:val="ru-RU"/>
              </w:rPr>
              <w:lastRenderedPageBreak/>
              <w:t>историческому центру города. Свободное время. Размещение в отеле окрестности Цюриха. Ночь в отеле.</w:t>
            </w:r>
          </w:p>
        </w:tc>
      </w:tr>
      <w:tr w:rsidR="00485F47" w14:paraId="2CF3019F" w14:textId="77777777" w:rsidTr="00B65CC6">
        <w:trPr>
          <w:jc w:val="center"/>
        </w:trPr>
        <w:tc>
          <w:tcPr>
            <w:tcW w:w="740" w:type="pct"/>
            <w:vAlign w:val="center"/>
          </w:tcPr>
          <w:p w14:paraId="21B6B874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proofErr w:type="spellStart"/>
            <w:r w:rsidRPr="006D6F5D">
              <w:rPr>
                <w:szCs w:val="21"/>
              </w:rPr>
              <w:lastRenderedPageBreak/>
              <w:t>День</w:t>
            </w:r>
            <w:proofErr w:type="spellEnd"/>
            <w:r w:rsidRPr="006D6F5D">
              <w:rPr>
                <w:szCs w:val="21"/>
              </w:rPr>
              <w:t xml:space="preserve"> 4 / СР</w:t>
            </w:r>
          </w:p>
        </w:tc>
        <w:tc>
          <w:tcPr>
            <w:tcW w:w="1032" w:type="pct"/>
            <w:vAlign w:val="center"/>
          </w:tcPr>
          <w:p w14:paraId="79CEFE52" w14:textId="77777777" w:rsidR="00485F47" w:rsidRPr="006D6F5D" w:rsidRDefault="00A337D9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 xml:space="preserve">(Люцерн </w:t>
            </w:r>
            <w:r>
              <w:rPr>
                <w:szCs w:val="21"/>
                <w:lang w:val="ru-RU"/>
              </w:rPr>
              <w:t xml:space="preserve">-Рейнский водопад-Штайн </w:t>
            </w:r>
            <w:proofErr w:type="spellStart"/>
            <w:r>
              <w:rPr>
                <w:szCs w:val="21"/>
                <w:lang w:val="ru-RU"/>
              </w:rPr>
              <w:t>ам</w:t>
            </w:r>
            <w:proofErr w:type="spellEnd"/>
            <w:r>
              <w:rPr>
                <w:szCs w:val="21"/>
                <w:lang w:val="ru-RU"/>
              </w:rPr>
              <w:t xml:space="preserve"> </w:t>
            </w:r>
            <w:proofErr w:type="spellStart"/>
            <w:r>
              <w:rPr>
                <w:szCs w:val="21"/>
                <w:lang w:val="ru-RU"/>
              </w:rPr>
              <w:t>Райн</w:t>
            </w:r>
            <w:proofErr w:type="spellEnd"/>
            <w:r w:rsidRPr="00662783">
              <w:rPr>
                <w:szCs w:val="21"/>
                <w:lang w:val="ru-RU"/>
              </w:rPr>
              <w:t>)</w:t>
            </w:r>
          </w:p>
        </w:tc>
        <w:tc>
          <w:tcPr>
            <w:tcW w:w="3228" w:type="pct"/>
            <w:vAlign w:val="center"/>
          </w:tcPr>
          <w:p w14:paraId="14FF9B3C" w14:textId="77777777" w:rsidR="00485F47" w:rsidRPr="006D6F5D" w:rsidRDefault="00A337D9" w:rsidP="00A337D9">
            <w:pPr>
              <w:spacing w:after="0" w:line="240" w:lineRule="auto"/>
              <w:jc w:val="both"/>
              <w:rPr>
                <w:szCs w:val="21"/>
              </w:rPr>
            </w:pPr>
            <w:r w:rsidRPr="00662783">
              <w:rPr>
                <w:szCs w:val="21"/>
                <w:lang w:val="ru-RU"/>
              </w:rPr>
              <w:t>Завтрак в отеле. Свободное время или для желающих в первой половине дня факультативная поездка</w:t>
            </w:r>
            <w:r>
              <w:rPr>
                <w:szCs w:val="21"/>
                <w:lang w:val="ru-RU"/>
              </w:rPr>
              <w:t xml:space="preserve"> в </w:t>
            </w:r>
            <w:r w:rsidRPr="00662783">
              <w:rPr>
                <w:szCs w:val="21"/>
                <w:lang w:val="ru-RU"/>
              </w:rPr>
              <w:t>Люцерн</w:t>
            </w:r>
            <w:r>
              <w:rPr>
                <w:szCs w:val="21"/>
                <w:lang w:val="ru-RU"/>
              </w:rPr>
              <w:t xml:space="preserve">. </w:t>
            </w:r>
            <w:r w:rsidRPr="00662783">
              <w:rPr>
                <w:szCs w:val="21"/>
                <w:lang w:val="ru-RU"/>
              </w:rPr>
              <w:t>Экскурсия по исторической части Люцерна, с его знаменитыми деревянными мостами и старинными шпилями, смотрящими в воды реки Реймс.</w:t>
            </w:r>
            <w:r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 xml:space="preserve">Во второй половине дня организуется факультативная экскурсия на Рейнский водопад и сказочный городок Штайн </w:t>
            </w:r>
            <w:proofErr w:type="spellStart"/>
            <w:r w:rsidRPr="00662783">
              <w:rPr>
                <w:szCs w:val="21"/>
                <w:lang w:val="ru-RU"/>
              </w:rPr>
              <w:t>ам</w:t>
            </w:r>
            <w:proofErr w:type="spellEnd"/>
            <w:r w:rsidRPr="00662783">
              <w:rPr>
                <w:szCs w:val="21"/>
                <w:lang w:val="ru-RU"/>
              </w:rPr>
              <w:t xml:space="preserve"> </w:t>
            </w:r>
            <w:proofErr w:type="spellStart"/>
            <w:r w:rsidRPr="00662783">
              <w:rPr>
                <w:szCs w:val="21"/>
                <w:lang w:val="ru-RU"/>
              </w:rPr>
              <w:t>Райн</w:t>
            </w:r>
            <w:proofErr w:type="spellEnd"/>
            <w:r w:rsidRPr="00662783">
              <w:rPr>
                <w:szCs w:val="21"/>
                <w:lang w:val="ru-RU"/>
              </w:rPr>
              <w:t xml:space="preserve"> ра</w:t>
            </w:r>
            <w:r>
              <w:rPr>
                <w:szCs w:val="21"/>
                <w:lang w:val="ru-RU"/>
              </w:rPr>
              <w:t>сположенный на берегу реки Рейн</w:t>
            </w:r>
            <w:r w:rsidRPr="00662783">
              <w:rPr>
                <w:szCs w:val="21"/>
                <w:lang w:val="ru-RU"/>
              </w:rPr>
              <w:t xml:space="preserve">. </w:t>
            </w:r>
            <w:r w:rsidRPr="008D2619">
              <w:rPr>
                <w:szCs w:val="21"/>
                <w:lang w:val="ru-RU"/>
              </w:rPr>
              <w:t>Свободное время. Возвращение в отель. Ночь в отеле.</w:t>
            </w:r>
          </w:p>
        </w:tc>
      </w:tr>
      <w:tr w:rsidR="00485F47" w:rsidRPr="00D1223E" w14:paraId="4AE2E1F4" w14:textId="77777777" w:rsidTr="00B65CC6">
        <w:trPr>
          <w:jc w:val="center"/>
        </w:trPr>
        <w:tc>
          <w:tcPr>
            <w:tcW w:w="740" w:type="pct"/>
            <w:vAlign w:val="center"/>
          </w:tcPr>
          <w:p w14:paraId="01920CC7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День 5 / ЧТ</w:t>
            </w:r>
          </w:p>
        </w:tc>
        <w:tc>
          <w:tcPr>
            <w:tcW w:w="1032" w:type="pct"/>
            <w:vAlign w:val="center"/>
          </w:tcPr>
          <w:p w14:paraId="5B00E3DE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Берн</w:t>
            </w:r>
          </w:p>
        </w:tc>
        <w:tc>
          <w:tcPr>
            <w:tcW w:w="3228" w:type="pct"/>
            <w:vAlign w:val="center"/>
          </w:tcPr>
          <w:p w14:paraId="4C32909E" w14:textId="77777777" w:rsidR="00485F47" w:rsidRPr="006D6F5D" w:rsidRDefault="009E148E" w:rsidP="00A337D9">
            <w:pPr>
              <w:spacing w:after="0" w:line="240" w:lineRule="auto"/>
              <w:jc w:val="both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Завтрак в отеле. Выезд из отеля с багажом. Переезд в Берн-столицу Швейцарии. Прогулка с сопровождающим по центру города дает возможность увидеть основные достопримечательности, медвежий ров с живыми медведями, Часовую башню и самый высокий собор страны. Для желающих посещение самой фотогеничной альпийской деревни Грюйер* с дегустацией знаменитого сыра. Переезд в Италию, по дороге факультативная остановка в одном из самых роскошных курортов Швейцарии</w:t>
            </w:r>
            <w:r w:rsid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>-</w:t>
            </w:r>
            <w:r w:rsid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>городок Монтрё*, расположенный на берегу Женевского озера. Самая длинная озерная набережная, истории и памятники талантов Фредди Меркьюри, Набоков и т.д. и самая посещаемая достопримечательность Швейцарии-Шильонский замок-все это в Монтрё. Размещение в отеле в регионе Пьемонт в окрестностях Турина. Ночь в отеле.</w:t>
            </w:r>
          </w:p>
        </w:tc>
      </w:tr>
      <w:tr w:rsidR="00485F47" w:rsidRPr="00D1223E" w14:paraId="7A17E056" w14:textId="77777777" w:rsidTr="00B65CC6">
        <w:trPr>
          <w:jc w:val="center"/>
        </w:trPr>
        <w:tc>
          <w:tcPr>
            <w:tcW w:w="740" w:type="pct"/>
            <w:vAlign w:val="center"/>
          </w:tcPr>
          <w:p w14:paraId="7D031E56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proofErr w:type="spellStart"/>
            <w:r w:rsidRPr="006D6F5D">
              <w:rPr>
                <w:szCs w:val="21"/>
              </w:rPr>
              <w:t>День</w:t>
            </w:r>
            <w:proofErr w:type="spellEnd"/>
            <w:r w:rsidRPr="006D6F5D">
              <w:rPr>
                <w:szCs w:val="21"/>
              </w:rPr>
              <w:t xml:space="preserve"> 6 / ПТ</w:t>
            </w:r>
          </w:p>
        </w:tc>
        <w:tc>
          <w:tcPr>
            <w:tcW w:w="1032" w:type="pct"/>
            <w:vAlign w:val="center"/>
          </w:tcPr>
          <w:p w14:paraId="7BAFBB21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Турин - Милан</w:t>
            </w:r>
          </w:p>
        </w:tc>
        <w:tc>
          <w:tcPr>
            <w:tcW w:w="3228" w:type="pct"/>
            <w:vAlign w:val="center"/>
          </w:tcPr>
          <w:p w14:paraId="1FAAE4CA" w14:textId="77777777" w:rsidR="00485F47" w:rsidRPr="006D6F5D" w:rsidRDefault="009E148E" w:rsidP="00A337D9">
            <w:pPr>
              <w:spacing w:after="0" w:line="240" w:lineRule="auto"/>
              <w:jc w:val="both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Завтрак в отеле. Переезд в центр Турина. Турин</w:t>
            </w:r>
            <w:r w:rsidR="006D6F5D">
              <w:rPr>
                <w:szCs w:val="21"/>
                <w:lang w:val="ru-RU"/>
              </w:rPr>
              <w:t xml:space="preserve"> </w:t>
            </w:r>
            <w:r w:rsidRPr="006D6F5D">
              <w:rPr>
                <w:szCs w:val="21"/>
                <w:lang w:val="ru-RU"/>
              </w:rPr>
              <w:t>- столица ХХ зимних Олимпийских игр и место нахождения знаменитой Туринской плащаницы. Пешеходная прогулка по историческому центру Турина с ассистентом группы или факультативная экскурсия с лицензированным гидом, где вы увидите исторический центр Турина в стиле Барокко, Площадь Кастелло - сердце города, Палаццо Реале, королевский дворец Савойской династии и Палаццо Мадама, Кафедральный Собор с капеллой Сакра Синдоне, где хранится Туринская плащаница, Моле-Антонеллиана. Свободное время. Факультативно организуется экскурсия в Королевском Дворце - признан одной из самых роскошных королевских европейских резиденций. Королевские апартаменты, работы любимых придворных архитекторов Королей Савойя, чьи имена сегодня входят в историю мировой архитектуры. Королевская Оружейная Палата славится 62 цветами мрамора, в ней хранится одна из самых богатых коллекций мира холодного и огнестрельного оружия. Вы увидите единственную в своём роде экспозицию пеших и конных доспехов из личной коллекции короля Карло Альберто. Находясь в Королевском Дворце, сможете попасть в капеллу думского Собора, увидеть самый знаменитый купол барокко Гуарино Гуарини, где хранилась Плащаница до 1997 года. Переезд в Милан. Размещение в отеле в окрестностях Милана. Ночь в отеле.</w:t>
            </w:r>
          </w:p>
        </w:tc>
      </w:tr>
      <w:tr w:rsidR="00485F47" w:rsidRPr="00D1223E" w14:paraId="2296AD7E" w14:textId="77777777" w:rsidTr="00B65CC6">
        <w:trPr>
          <w:jc w:val="center"/>
        </w:trPr>
        <w:tc>
          <w:tcPr>
            <w:tcW w:w="740" w:type="pct"/>
            <w:vAlign w:val="center"/>
          </w:tcPr>
          <w:p w14:paraId="010643F9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proofErr w:type="spellStart"/>
            <w:r w:rsidRPr="006D6F5D">
              <w:rPr>
                <w:szCs w:val="21"/>
              </w:rPr>
              <w:t>День</w:t>
            </w:r>
            <w:proofErr w:type="spellEnd"/>
            <w:r w:rsidRPr="006D6F5D">
              <w:rPr>
                <w:szCs w:val="21"/>
              </w:rPr>
              <w:t xml:space="preserve"> 7 / СБ</w:t>
            </w:r>
          </w:p>
        </w:tc>
        <w:tc>
          <w:tcPr>
            <w:tcW w:w="1032" w:type="pct"/>
            <w:vAlign w:val="center"/>
          </w:tcPr>
          <w:p w14:paraId="686A5D54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Милан</w:t>
            </w:r>
          </w:p>
        </w:tc>
        <w:tc>
          <w:tcPr>
            <w:tcW w:w="3228" w:type="pct"/>
            <w:vAlign w:val="center"/>
          </w:tcPr>
          <w:p w14:paraId="538B505C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Завтрак в отеле. Трансфер в аэропорт.</w:t>
            </w:r>
          </w:p>
        </w:tc>
      </w:tr>
    </w:tbl>
    <w:p w14:paraId="098A8CF9" w14:textId="77777777" w:rsidR="00327695" w:rsidRDefault="00327695">
      <w:pPr>
        <w:pStyle w:val="Heading1Custom"/>
        <w:spacing w:before="180"/>
        <w:rPr>
          <w:lang w:val="ru-RU"/>
        </w:rPr>
      </w:pPr>
    </w:p>
    <w:p w14:paraId="234EE9E6" w14:textId="77777777" w:rsidR="00327695" w:rsidRDefault="00327695">
      <w:pPr>
        <w:pStyle w:val="Heading1Custom"/>
        <w:spacing w:before="180"/>
        <w:rPr>
          <w:lang w:val="ru-RU"/>
        </w:rPr>
      </w:pPr>
    </w:p>
    <w:p w14:paraId="256FF44C" w14:textId="77777777" w:rsidR="00485F47" w:rsidRPr="00C62C27" w:rsidRDefault="009E148E">
      <w:pPr>
        <w:pStyle w:val="Heading1Custom"/>
        <w:spacing w:before="180"/>
        <w:rPr>
          <w:lang w:val="ru-RU"/>
        </w:rPr>
      </w:pPr>
      <w:r w:rsidRPr="00C62C27">
        <w:rPr>
          <w:lang w:val="ru-RU"/>
        </w:rPr>
        <w:t>В стоимость включено</w:t>
      </w:r>
    </w:p>
    <w:p w14:paraId="52FBD5FC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Проживание в отелях 3* на базе завтрака (возможно предоставление услуги размещения в гостиничных объектах, имеющих сопоставимую с отельной классификацию и/или в объектах, имеющих сопоставимый уровень обслуживания)</w:t>
      </w:r>
    </w:p>
    <w:p w14:paraId="224CFE3D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Групповой т</w:t>
      </w:r>
      <w:r w:rsidR="00E33AE6" w:rsidRPr="006D6F5D">
        <w:rPr>
          <w:szCs w:val="21"/>
          <w:lang w:val="ru-RU"/>
        </w:rPr>
        <w:t>рансфер аэропорт-</w:t>
      </w:r>
      <w:r w:rsidR="00A15DE5" w:rsidRPr="006D6F5D">
        <w:rPr>
          <w:szCs w:val="21"/>
          <w:lang w:val="ru-RU"/>
        </w:rPr>
        <w:t xml:space="preserve"> </w:t>
      </w:r>
      <w:r w:rsidR="00E33AE6" w:rsidRPr="006D6F5D">
        <w:rPr>
          <w:szCs w:val="21"/>
          <w:lang w:val="ru-RU"/>
        </w:rPr>
        <w:t>отель</w:t>
      </w:r>
      <w:r w:rsidR="00A15DE5" w:rsidRPr="006D6F5D">
        <w:rPr>
          <w:szCs w:val="21"/>
          <w:lang w:val="ru-RU"/>
        </w:rPr>
        <w:t xml:space="preserve"> </w:t>
      </w:r>
      <w:r w:rsidR="00E33AE6" w:rsidRPr="006D6F5D">
        <w:rPr>
          <w:szCs w:val="21"/>
          <w:lang w:val="ru-RU"/>
        </w:rPr>
        <w:t>-</w:t>
      </w:r>
      <w:r w:rsidR="00A15DE5" w:rsidRPr="006D6F5D">
        <w:rPr>
          <w:szCs w:val="21"/>
          <w:lang w:val="ru-RU"/>
        </w:rPr>
        <w:t xml:space="preserve"> </w:t>
      </w:r>
      <w:r w:rsidR="00E33AE6" w:rsidRPr="006D6F5D">
        <w:rPr>
          <w:szCs w:val="21"/>
          <w:lang w:val="ru-RU"/>
        </w:rPr>
        <w:t xml:space="preserve">аэропорт </w:t>
      </w:r>
      <w:r w:rsidRPr="006D6F5D">
        <w:rPr>
          <w:szCs w:val="21"/>
          <w:lang w:val="ru-RU"/>
        </w:rPr>
        <w:t>(под все рейсы аэропорт Мальпенса)</w:t>
      </w:r>
    </w:p>
    <w:p w14:paraId="7EC22DE4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lastRenderedPageBreak/>
        <w:t>• Транспортное обслуживание по программе с русскоговорящим ассистентом</w:t>
      </w:r>
    </w:p>
    <w:p w14:paraId="7A678BD2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Экскурсии с русскоговорящим лицензированным гидом в Цюрихе</w:t>
      </w:r>
    </w:p>
    <w:p w14:paraId="716BEB33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Посещение Турина, Берна, Лихтенштейна с русскоговорящим ассистентом</w:t>
      </w:r>
    </w:p>
    <w:p w14:paraId="542B03BB" w14:textId="77777777" w:rsidR="00485F47" w:rsidRDefault="009E148E">
      <w:pPr>
        <w:pStyle w:val="Heading1Custom"/>
        <w:spacing w:before="180"/>
      </w:pPr>
      <w:r>
        <w:t>Факультативные экскурсии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55"/>
        <w:gridCol w:w="4453"/>
      </w:tblGrid>
      <w:tr w:rsidR="00485F47" w14:paraId="5B55D024" w14:textId="77777777" w:rsidTr="00C62C27">
        <w:trPr>
          <w:tblHeader/>
          <w:jc w:val="center"/>
        </w:trPr>
        <w:tc>
          <w:tcPr>
            <w:tcW w:w="2840" w:type="pct"/>
            <w:shd w:val="clear" w:color="auto" w:fill="EAF0F8"/>
            <w:vAlign w:val="center"/>
          </w:tcPr>
          <w:p w14:paraId="113AEEAF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Экскурсия</w:t>
            </w:r>
          </w:p>
        </w:tc>
        <w:tc>
          <w:tcPr>
            <w:tcW w:w="2160" w:type="pct"/>
            <w:shd w:val="clear" w:color="auto" w:fill="EAF0F8"/>
            <w:vAlign w:val="center"/>
          </w:tcPr>
          <w:p w14:paraId="1CE36992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485F47" w14:paraId="139B986B" w14:textId="77777777" w:rsidTr="00C62C27">
        <w:trPr>
          <w:jc w:val="center"/>
        </w:trPr>
        <w:tc>
          <w:tcPr>
            <w:tcW w:w="2840" w:type="pct"/>
            <w:vAlign w:val="center"/>
          </w:tcPr>
          <w:p w14:paraId="061EE793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Входные билеты в музеи</w:t>
            </w:r>
          </w:p>
        </w:tc>
        <w:tc>
          <w:tcPr>
            <w:tcW w:w="2160" w:type="pct"/>
            <w:vAlign w:val="center"/>
          </w:tcPr>
          <w:p w14:paraId="6AA6947E" w14:textId="77777777" w:rsidR="00485F47" w:rsidRPr="006D6F5D" w:rsidRDefault="00485F47">
            <w:pPr>
              <w:spacing w:after="0" w:line="240" w:lineRule="auto"/>
              <w:jc w:val="center"/>
              <w:rPr>
                <w:szCs w:val="21"/>
              </w:rPr>
            </w:pPr>
          </w:p>
        </w:tc>
      </w:tr>
      <w:tr w:rsidR="00485F47" w14:paraId="01FC14C9" w14:textId="77777777" w:rsidTr="00C62C27">
        <w:trPr>
          <w:jc w:val="center"/>
        </w:trPr>
        <w:tc>
          <w:tcPr>
            <w:tcW w:w="2840" w:type="pct"/>
            <w:vAlign w:val="center"/>
          </w:tcPr>
          <w:p w14:paraId="5332F0E6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Поездка в Бергамо (с ноября по середину марта)</w:t>
            </w:r>
          </w:p>
        </w:tc>
        <w:tc>
          <w:tcPr>
            <w:tcW w:w="2160" w:type="pct"/>
            <w:vAlign w:val="center"/>
          </w:tcPr>
          <w:p w14:paraId="645091F3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55 EUR</w:t>
            </w:r>
          </w:p>
        </w:tc>
      </w:tr>
      <w:tr w:rsidR="00485F47" w14:paraId="7A1798B4" w14:textId="77777777" w:rsidTr="00C62C27">
        <w:trPr>
          <w:jc w:val="center"/>
        </w:trPr>
        <w:tc>
          <w:tcPr>
            <w:tcW w:w="2840" w:type="pct"/>
            <w:vAlign w:val="center"/>
          </w:tcPr>
          <w:p w14:paraId="3EB62003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Экскурсия в Верону</w:t>
            </w:r>
          </w:p>
        </w:tc>
        <w:tc>
          <w:tcPr>
            <w:tcW w:w="2160" w:type="pct"/>
            <w:vAlign w:val="center"/>
          </w:tcPr>
          <w:p w14:paraId="6BF6E762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60 EUR</w:t>
            </w:r>
          </w:p>
        </w:tc>
      </w:tr>
      <w:tr w:rsidR="00485F47" w14:paraId="7B4EB5C7" w14:textId="77777777" w:rsidTr="00C62C27">
        <w:trPr>
          <w:jc w:val="center"/>
        </w:trPr>
        <w:tc>
          <w:tcPr>
            <w:tcW w:w="2840" w:type="pct"/>
            <w:vAlign w:val="center"/>
          </w:tcPr>
          <w:p w14:paraId="764A2633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Поездка на озеро Гарда</w:t>
            </w:r>
          </w:p>
        </w:tc>
        <w:tc>
          <w:tcPr>
            <w:tcW w:w="2160" w:type="pct"/>
            <w:vAlign w:val="center"/>
          </w:tcPr>
          <w:p w14:paraId="15A879A0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15 EUR</w:t>
            </w:r>
          </w:p>
        </w:tc>
      </w:tr>
      <w:tr w:rsidR="00485F47" w14:paraId="3702AC42" w14:textId="77777777" w:rsidTr="00C62C27">
        <w:trPr>
          <w:jc w:val="center"/>
        </w:trPr>
        <w:tc>
          <w:tcPr>
            <w:tcW w:w="2840" w:type="pct"/>
            <w:vAlign w:val="center"/>
          </w:tcPr>
          <w:p w14:paraId="15A09E83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Поездка на Водопады + Штайн Ам Райн</w:t>
            </w:r>
          </w:p>
        </w:tc>
        <w:tc>
          <w:tcPr>
            <w:tcW w:w="2160" w:type="pct"/>
            <w:vAlign w:val="center"/>
          </w:tcPr>
          <w:p w14:paraId="4DEDCDF2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70 EUR</w:t>
            </w:r>
          </w:p>
        </w:tc>
      </w:tr>
      <w:tr w:rsidR="00485F47" w14:paraId="6EA1DF90" w14:textId="77777777" w:rsidTr="00C62C27">
        <w:trPr>
          <w:jc w:val="center"/>
        </w:trPr>
        <w:tc>
          <w:tcPr>
            <w:tcW w:w="2840" w:type="pct"/>
            <w:vAlign w:val="center"/>
          </w:tcPr>
          <w:p w14:paraId="7C9736AA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Экскурсия в Люцерн</w:t>
            </w:r>
          </w:p>
        </w:tc>
        <w:tc>
          <w:tcPr>
            <w:tcW w:w="2160" w:type="pct"/>
            <w:vAlign w:val="center"/>
          </w:tcPr>
          <w:p w14:paraId="50191E07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70 EUR</w:t>
            </w:r>
          </w:p>
        </w:tc>
      </w:tr>
      <w:tr w:rsidR="00485F47" w14:paraId="401EBD2A" w14:textId="77777777" w:rsidTr="00C62C27">
        <w:trPr>
          <w:jc w:val="center"/>
        </w:trPr>
        <w:tc>
          <w:tcPr>
            <w:tcW w:w="2840" w:type="pct"/>
            <w:vAlign w:val="center"/>
          </w:tcPr>
          <w:p w14:paraId="530A7C2A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Посещение города Монтре</w:t>
            </w:r>
          </w:p>
        </w:tc>
        <w:tc>
          <w:tcPr>
            <w:tcW w:w="2160" w:type="pct"/>
            <w:vAlign w:val="center"/>
          </w:tcPr>
          <w:p w14:paraId="544A43FA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15 EUR</w:t>
            </w:r>
          </w:p>
        </w:tc>
      </w:tr>
      <w:tr w:rsidR="00485F47" w14:paraId="589B7418" w14:textId="77777777" w:rsidTr="00C62C27">
        <w:trPr>
          <w:jc w:val="center"/>
        </w:trPr>
        <w:tc>
          <w:tcPr>
            <w:tcW w:w="2840" w:type="pct"/>
            <w:vAlign w:val="center"/>
          </w:tcPr>
          <w:p w14:paraId="764BCAF2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Посещение города Грюйер</w:t>
            </w:r>
          </w:p>
        </w:tc>
        <w:tc>
          <w:tcPr>
            <w:tcW w:w="2160" w:type="pct"/>
            <w:vAlign w:val="center"/>
          </w:tcPr>
          <w:p w14:paraId="54B5AC2F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15 EUR</w:t>
            </w:r>
          </w:p>
        </w:tc>
      </w:tr>
      <w:tr w:rsidR="00485F47" w14:paraId="1A1B2415" w14:textId="77777777" w:rsidTr="00C62C27">
        <w:trPr>
          <w:jc w:val="center"/>
        </w:trPr>
        <w:tc>
          <w:tcPr>
            <w:tcW w:w="2840" w:type="pct"/>
            <w:vAlign w:val="center"/>
          </w:tcPr>
          <w:p w14:paraId="5EC1A192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Экскурсия с лицензированным гидом в Турине</w:t>
            </w:r>
          </w:p>
        </w:tc>
        <w:tc>
          <w:tcPr>
            <w:tcW w:w="2160" w:type="pct"/>
            <w:vAlign w:val="center"/>
          </w:tcPr>
          <w:p w14:paraId="45604A9C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15 EUR</w:t>
            </w:r>
          </w:p>
        </w:tc>
      </w:tr>
      <w:tr w:rsidR="00485F47" w14:paraId="780FC6A3" w14:textId="77777777" w:rsidTr="00C62C27">
        <w:trPr>
          <w:jc w:val="center"/>
        </w:trPr>
        <w:tc>
          <w:tcPr>
            <w:tcW w:w="2840" w:type="pct"/>
            <w:vAlign w:val="center"/>
          </w:tcPr>
          <w:p w14:paraId="1E43F234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Экскурсия по Королевскому дворцу (входной билет включен в стоимость)</w:t>
            </w:r>
          </w:p>
        </w:tc>
        <w:tc>
          <w:tcPr>
            <w:tcW w:w="2160" w:type="pct"/>
            <w:vAlign w:val="center"/>
          </w:tcPr>
          <w:p w14:paraId="2FAF6DB0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35 EUR</w:t>
            </w:r>
          </w:p>
        </w:tc>
      </w:tr>
    </w:tbl>
    <w:p w14:paraId="104442EB" w14:textId="77777777" w:rsidR="00485F47" w:rsidRDefault="009E148E">
      <w:pPr>
        <w:pStyle w:val="Heading1Custom"/>
        <w:spacing w:before="180"/>
      </w:pPr>
      <w:r>
        <w:t>Обязательно оплачивается дополнительно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55"/>
        <w:gridCol w:w="4453"/>
      </w:tblGrid>
      <w:tr w:rsidR="00485F47" w14:paraId="35A52A63" w14:textId="77777777" w:rsidTr="00C62C27">
        <w:trPr>
          <w:tblHeader/>
          <w:jc w:val="center"/>
        </w:trPr>
        <w:tc>
          <w:tcPr>
            <w:tcW w:w="2840" w:type="pct"/>
            <w:shd w:val="clear" w:color="auto" w:fill="EAF0F8"/>
            <w:vAlign w:val="center"/>
          </w:tcPr>
          <w:p w14:paraId="25C7F3D6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2160" w:type="pct"/>
            <w:shd w:val="clear" w:color="auto" w:fill="EAF0F8"/>
            <w:vAlign w:val="center"/>
          </w:tcPr>
          <w:p w14:paraId="02E210A5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485F47" w:rsidRPr="00D1223E" w14:paraId="5B4EEB7C" w14:textId="77777777" w:rsidTr="00C62C27">
        <w:trPr>
          <w:jc w:val="center"/>
        </w:trPr>
        <w:tc>
          <w:tcPr>
            <w:tcW w:w="2840" w:type="pct"/>
            <w:vAlign w:val="center"/>
          </w:tcPr>
          <w:p w14:paraId="1C57E466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Туристический налог в отелях</w:t>
            </w:r>
          </w:p>
        </w:tc>
        <w:tc>
          <w:tcPr>
            <w:tcW w:w="2160" w:type="pct"/>
            <w:vAlign w:val="center"/>
          </w:tcPr>
          <w:p w14:paraId="72E1CBA8" w14:textId="77777777" w:rsidR="00485F47" w:rsidRPr="00E51691" w:rsidRDefault="00E51691">
            <w:pPr>
              <w:spacing w:after="0" w:line="240" w:lineRule="auto"/>
              <w:jc w:val="center"/>
              <w:rPr>
                <w:szCs w:val="21"/>
                <w:lang w:val="ru-RU"/>
              </w:rPr>
            </w:pPr>
            <w:r>
              <w:rPr>
                <w:lang w:val="ru-RU"/>
              </w:rPr>
              <w:t>от 1.5 до 7 евро в сутки на человека</w:t>
            </w:r>
          </w:p>
        </w:tc>
      </w:tr>
      <w:tr w:rsidR="00485F47" w14:paraId="1A0600A3" w14:textId="77777777" w:rsidTr="00C62C27">
        <w:trPr>
          <w:jc w:val="center"/>
        </w:trPr>
        <w:tc>
          <w:tcPr>
            <w:tcW w:w="2840" w:type="pct"/>
            <w:vAlign w:val="center"/>
          </w:tcPr>
          <w:p w14:paraId="7DACCCD5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Наушники на весь период поездки</w:t>
            </w:r>
          </w:p>
        </w:tc>
        <w:tc>
          <w:tcPr>
            <w:tcW w:w="2160" w:type="pct"/>
            <w:vAlign w:val="center"/>
          </w:tcPr>
          <w:p w14:paraId="693B10F2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16 EUR</w:t>
            </w:r>
          </w:p>
        </w:tc>
      </w:tr>
      <w:tr w:rsidR="00485F47" w14:paraId="3B3B9B8B" w14:textId="77777777" w:rsidTr="00C62C27">
        <w:trPr>
          <w:jc w:val="center"/>
        </w:trPr>
        <w:tc>
          <w:tcPr>
            <w:tcW w:w="2840" w:type="pct"/>
            <w:vAlign w:val="center"/>
          </w:tcPr>
          <w:p w14:paraId="73533631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Чаевые водителю</w:t>
            </w:r>
          </w:p>
        </w:tc>
        <w:tc>
          <w:tcPr>
            <w:tcW w:w="2160" w:type="pct"/>
            <w:vAlign w:val="center"/>
          </w:tcPr>
          <w:p w14:paraId="5A52F2DB" w14:textId="77777777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10 EUR</w:t>
            </w:r>
          </w:p>
        </w:tc>
      </w:tr>
    </w:tbl>
    <w:p w14:paraId="78CAF11E" w14:textId="77777777" w:rsidR="00485F47" w:rsidRDefault="009E148E">
      <w:pPr>
        <w:pStyle w:val="Heading1Custom"/>
        <w:spacing w:before="180"/>
        <w:rPr>
          <w:lang w:val="ru-RU"/>
        </w:rPr>
      </w:pPr>
      <w:proofErr w:type="spellStart"/>
      <w:r>
        <w:t>Стоимость</w:t>
      </w:r>
      <w:proofErr w:type="spellEnd"/>
      <w:r>
        <w:t xml:space="preserve"> </w:t>
      </w:r>
      <w:proofErr w:type="spellStart"/>
      <w:r>
        <w:t>тура</w:t>
      </w:r>
      <w:proofErr w:type="spellEnd"/>
    </w:p>
    <w:p w14:paraId="1C9112FF" w14:textId="77777777" w:rsidR="00EE48EE" w:rsidRPr="00EE48EE" w:rsidRDefault="00EE48EE" w:rsidP="00EE48EE">
      <w:pPr>
        <w:pStyle w:val="Heading2Custom"/>
        <w:spacing w:after="40"/>
        <w:rPr>
          <w:lang w:val="ru-RU"/>
        </w:rPr>
      </w:pPr>
      <w:proofErr w:type="spellStart"/>
      <w:r>
        <w:t>Пакет</w:t>
      </w:r>
      <w:proofErr w:type="spellEnd"/>
      <w:r>
        <w:t xml:space="preserve"> 3*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360"/>
        <w:gridCol w:w="2930"/>
        <w:gridCol w:w="3018"/>
      </w:tblGrid>
      <w:tr w:rsidR="00485F47" w14:paraId="33F75C13" w14:textId="77777777" w:rsidTr="00B6175B">
        <w:trPr>
          <w:tblHeader/>
          <w:jc w:val="center"/>
        </w:trPr>
        <w:tc>
          <w:tcPr>
            <w:tcW w:w="2115" w:type="pct"/>
            <w:shd w:val="clear" w:color="auto" w:fill="EAF0F8"/>
            <w:vAlign w:val="center"/>
          </w:tcPr>
          <w:p w14:paraId="0492874C" w14:textId="77777777" w:rsidR="00485F47" w:rsidRDefault="009E148E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Позиция</w:t>
            </w:r>
            <w:proofErr w:type="spellEnd"/>
          </w:p>
        </w:tc>
        <w:tc>
          <w:tcPr>
            <w:tcW w:w="1421" w:type="pct"/>
            <w:shd w:val="clear" w:color="auto" w:fill="EAF0F8"/>
            <w:vAlign w:val="center"/>
          </w:tcPr>
          <w:p w14:paraId="045D2D1B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vAlign w:val="center"/>
          </w:tcPr>
          <w:p w14:paraId="059804A8" w14:textId="77777777" w:rsidR="00485F47" w:rsidRDefault="009E148E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485F47" w:rsidRPr="006D6F5D" w14:paraId="2EF5931A" w14:textId="77777777" w:rsidTr="00B6175B">
        <w:trPr>
          <w:jc w:val="center"/>
        </w:trPr>
        <w:tc>
          <w:tcPr>
            <w:tcW w:w="2115" w:type="pct"/>
            <w:vAlign w:val="center"/>
          </w:tcPr>
          <w:p w14:paraId="339423D6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1/2 DBL, BB</w:t>
            </w:r>
          </w:p>
        </w:tc>
        <w:tc>
          <w:tcPr>
            <w:tcW w:w="1421" w:type="pct"/>
            <w:vAlign w:val="center"/>
          </w:tcPr>
          <w:p w14:paraId="552FA7E6" w14:textId="67C07507" w:rsidR="00485F47" w:rsidRPr="006D6F5D" w:rsidRDefault="00D1223E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5</w:t>
            </w:r>
            <w:r w:rsidR="009E148E" w:rsidRPr="006D6F5D">
              <w:rPr>
                <w:szCs w:val="21"/>
              </w:rPr>
              <w:t>85 EUR</w:t>
            </w:r>
          </w:p>
        </w:tc>
        <w:tc>
          <w:tcPr>
            <w:tcW w:w="1464" w:type="pct"/>
            <w:vAlign w:val="center"/>
          </w:tcPr>
          <w:p w14:paraId="2049169F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на базе проживания 3*</w:t>
            </w:r>
          </w:p>
        </w:tc>
      </w:tr>
      <w:tr w:rsidR="00485F47" w:rsidRPr="006D6F5D" w14:paraId="07BD43C4" w14:textId="77777777" w:rsidTr="00B6175B">
        <w:trPr>
          <w:jc w:val="center"/>
        </w:trPr>
        <w:tc>
          <w:tcPr>
            <w:tcW w:w="2115" w:type="pct"/>
            <w:vAlign w:val="center"/>
          </w:tcPr>
          <w:p w14:paraId="1E190EE9" w14:textId="77777777" w:rsidR="00485F47" w:rsidRPr="006D6F5D" w:rsidRDefault="009E148E">
            <w:pPr>
              <w:spacing w:after="0" w:line="240" w:lineRule="auto"/>
              <w:rPr>
                <w:szCs w:val="21"/>
              </w:rPr>
            </w:pPr>
            <w:r w:rsidRPr="006D6F5D">
              <w:rPr>
                <w:szCs w:val="21"/>
              </w:rPr>
              <w:t>Доплата за SGL</w:t>
            </w:r>
          </w:p>
        </w:tc>
        <w:tc>
          <w:tcPr>
            <w:tcW w:w="1421" w:type="pct"/>
            <w:vAlign w:val="center"/>
          </w:tcPr>
          <w:p w14:paraId="425DB88B" w14:textId="5A74E1FC" w:rsidR="00485F47" w:rsidRPr="006D6F5D" w:rsidRDefault="00D1223E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3</w:t>
            </w:r>
            <w:r w:rsidR="009E148E" w:rsidRPr="006D6F5D">
              <w:rPr>
                <w:szCs w:val="21"/>
              </w:rPr>
              <w:t>30 EUR</w:t>
            </w:r>
          </w:p>
        </w:tc>
        <w:tc>
          <w:tcPr>
            <w:tcW w:w="1464" w:type="pct"/>
            <w:vAlign w:val="center"/>
          </w:tcPr>
          <w:p w14:paraId="207D734E" w14:textId="77777777" w:rsidR="00485F47" w:rsidRPr="006D6F5D" w:rsidRDefault="00485F47">
            <w:pPr>
              <w:spacing w:after="0" w:line="240" w:lineRule="auto"/>
              <w:rPr>
                <w:szCs w:val="21"/>
              </w:rPr>
            </w:pPr>
          </w:p>
        </w:tc>
      </w:tr>
      <w:tr w:rsidR="00485F47" w:rsidRPr="007075B2" w14:paraId="6F362F60" w14:textId="77777777" w:rsidTr="00B6175B">
        <w:trPr>
          <w:jc w:val="center"/>
        </w:trPr>
        <w:tc>
          <w:tcPr>
            <w:tcW w:w="2115" w:type="pct"/>
            <w:vAlign w:val="center"/>
          </w:tcPr>
          <w:p w14:paraId="02DD742C" w14:textId="2DE242D2" w:rsidR="00485F47" w:rsidRPr="007075B2" w:rsidRDefault="00485F47">
            <w:pPr>
              <w:spacing w:after="0" w:line="240" w:lineRule="auto"/>
              <w:rPr>
                <w:szCs w:val="21"/>
                <w:lang w:val="ru-RU"/>
              </w:rPr>
            </w:pPr>
          </w:p>
        </w:tc>
        <w:tc>
          <w:tcPr>
            <w:tcW w:w="1421" w:type="pct"/>
            <w:vAlign w:val="center"/>
          </w:tcPr>
          <w:p w14:paraId="04BE77C8" w14:textId="510E5511" w:rsidR="00485F47" w:rsidRPr="006D6F5D" w:rsidRDefault="00485F47">
            <w:pPr>
              <w:spacing w:after="0" w:line="240" w:lineRule="auto"/>
              <w:jc w:val="center"/>
              <w:rPr>
                <w:szCs w:val="21"/>
                <w:lang w:val="ru-RU"/>
              </w:rPr>
            </w:pPr>
          </w:p>
        </w:tc>
        <w:tc>
          <w:tcPr>
            <w:tcW w:w="1464" w:type="pct"/>
            <w:vAlign w:val="center"/>
          </w:tcPr>
          <w:p w14:paraId="1A05E530" w14:textId="77777777" w:rsidR="00485F47" w:rsidRPr="006D6F5D" w:rsidRDefault="00485F47">
            <w:pPr>
              <w:spacing w:after="0" w:line="240" w:lineRule="auto"/>
              <w:rPr>
                <w:szCs w:val="21"/>
                <w:lang w:val="ru-RU"/>
              </w:rPr>
            </w:pPr>
          </w:p>
        </w:tc>
      </w:tr>
      <w:tr w:rsidR="00485F47" w:rsidRPr="006D6F5D" w14:paraId="332A7023" w14:textId="77777777" w:rsidTr="00B6175B">
        <w:trPr>
          <w:jc w:val="center"/>
        </w:trPr>
        <w:tc>
          <w:tcPr>
            <w:tcW w:w="2115" w:type="pct"/>
            <w:vAlign w:val="center"/>
          </w:tcPr>
          <w:p w14:paraId="0CC47BBD" w14:textId="77777777" w:rsidR="00485F47" w:rsidRPr="006D6F5D" w:rsidRDefault="009E148E">
            <w:pPr>
              <w:spacing w:after="0" w:line="240" w:lineRule="auto"/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Доплата за Новогодние заезды 27.12.2026 и 03.01.2027</w:t>
            </w:r>
          </w:p>
        </w:tc>
        <w:tc>
          <w:tcPr>
            <w:tcW w:w="1421" w:type="pct"/>
            <w:vAlign w:val="center"/>
          </w:tcPr>
          <w:p w14:paraId="68CBB549" w14:textId="5B811923" w:rsidR="00485F47" w:rsidRPr="006D6F5D" w:rsidRDefault="009E148E">
            <w:pPr>
              <w:spacing w:after="0" w:line="240" w:lineRule="auto"/>
              <w:jc w:val="center"/>
              <w:rPr>
                <w:szCs w:val="21"/>
              </w:rPr>
            </w:pPr>
            <w:r w:rsidRPr="006D6F5D">
              <w:rPr>
                <w:szCs w:val="21"/>
              </w:rPr>
              <w:t>1</w:t>
            </w:r>
            <w:r w:rsidR="00D1223E">
              <w:rPr>
                <w:szCs w:val="21"/>
                <w:lang w:val="ru-RU"/>
              </w:rPr>
              <w:t>4</w:t>
            </w:r>
            <w:r w:rsidRPr="006D6F5D">
              <w:rPr>
                <w:szCs w:val="21"/>
              </w:rPr>
              <w:t xml:space="preserve">0 EUR с </w:t>
            </w:r>
            <w:proofErr w:type="spellStart"/>
            <w:r w:rsidRPr="006D6F5D">
              <w:rPr>
                <w:szCs w:val="21"/>
              </w:rPr>
              <w:t>человека</w:t>
            </w:r>
            <w:proofErr w:type="spellEnd"/>
          </w:p>
        </w:tc>
        <w:tc>
          <w:tcPr>
            <w:tcW w:w="1464" w:type="pct"/>
            <w:vAlign w:val="center"/>
          </w:tcPr>
          <w:p w14:paraId="69F69120" w14:textId="77777777" w:rsidR="00485F47" w:rsidRPr="006D6F5D" w:rsidRDefault="00485F47">
            <w:pPr>
              <w:spacing w:after="0" w:line="240" w:lineRule="auto"/>
              <w:rPr>
                <w:szCs w:val="21"/>
              </w:rPr>
            </w:pPr>
          </w:p>
        </w:tc>
      </w:tr>
    </w:tbl>
    <w:p w14:paraId="7E1CBDB0" w14:textId="77777777" w:rsidR="00EE1A00" w:rsidRPr="006D6F5D" w:rsidRDefault="00EE1A00" w:rsidP="00EE1A00">
      <w:pPr>
        <w:jc w:val="both"/>
        <w:rPr>
          <w:szCs w:val="21"/>
          <w:lang w:val="ru-RU"/>
        </w:rPr>
      </w:pPr>
      <w:r w:rsidRPr="006D6F5D">
        <w:rPr>
          <w:szCs w:val="21"/>
          <w:lang w:val="ru-RU"/>
        </w:rPr>
        <w:t xml:space="preserve">*Во всех программах  подселение невозможно. Если турист путешествует один, подтверждается только размещение SGL </w:t>
      </w:r>
    </w:p>
    <w:p w14:paraId="2FA5F403" w14:textId="77777777" w:rsidR="008832C8" w:rsidRPr="006C365E" w:rsidRDefault="008832C8" w:rsidP="008832C8">
      <w:pPr>
        <w:pStyle w:val="Heading1Custom"/>
        <w:rPr>
          <w:lang w:val="ru-RU"/>
        </w:rPr>
      </w:pPr>
      <w:r>
        <w:t>Условия аннуляции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8832C8" w14:paraId="212E533D" w14:textId="77777777" w:rsidTr="00C738AA">
        <w:trPr>
          <w:cantSplit/>
          <w:tblHeader/>
          <w:jc w:val="center"/>
        </w:trPr>
        <w:tc>
          <w:tcPr>
            <w:tcW w:w="1975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8EE04C" w14:textId="77777777" w:rsidR="008832C8" w:rsidRPr="000C4246" w:rsidRDefault="008832C8" w:rsidP="00521DF6">
            <w:pPr>
              <w:spacing w:after="0" w:line="240" w:lineRule="auto"/>
              <w:jc w:val="center"/>
              <w:rPr>
                <w:b/>
                <w:color w:val="193A6A"/>
                <w:sz w:val="19"/>
              </w:rPr>
            </w:pPr>
            <w:r w:rsidRPr="000C4246">
              <w:rPr>
                <w:b/>
                <w:color w:val="193A6A"/>
                <w:sz w:val="19"/>
              </w:rPr>
              <w:t>Пакет</w:t>
            </w:r>
          </w:p>
        </w:tc>
        <w:tc>
          <w:tcPr>
            <w:tcW w:w="156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3F88D7" w14:textId="77777777" w:rsidR="008832C8" w:rsidRPr="000C4246" w:rsidRDefault="008832C8" w:rsidP="00521DF6">
            <w:pPr>
              <w:spacing w:after="0" w:line="240" w:lineRule="auto"/>
              <w:jc w:val="center"/>
              <w:rPr>
                <w:b/>
                <w:color w:val="193A6A"/>
                <w:sz w:val="19"/>
              </w:rPr>
            </w:pPr>
            <w:r w:rsidRPr="000C4246">
              <w:rPr>
                <w:b/>
                <w:color w:val="193A6A"/>
                <w:sz w:val="19"/>
              </w:rPr>
              <w:t>Срок аннуляции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19A05" w14:textId="77777777" w:rsidR="008832C8" w:rsidRPr="000C4246" w:rsidRDefault="008832C8" w:rsidP="00521DF6">
            <w:pPr>
              <w:spacing w:after="0" w:line="240" w:lineRule="auto"/>
              <w:jc w:val="center"/>
              <w:rPr>
                <w:b/>
                <w:color w:val="193A6A"/>
                <w:sz w:val="19"/>
              </w:rPr>
            </w:pPr>
            <w:r w:rsidRPr="000C4246">
              <w:rPr>
                <w:b/>
                <w:color w:val="193A6A"/>
                <w:sz w:val="19"/>
              </w:rPr>
              <w:t>Штраф</w:t>
            </w:r>
          </w:p>
        </w:tc>
      </w:tr>
      <w:tr w:rsidR="008832C8" w:rsidRPr="006D6F5D" w14:paraId="1AA3EC42" w14:textId="77777777" w:rsidTr="00C738AA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BFF17" w14:textId="77777777" w:rsidR="008832C8" w:rsidRPr="006D6F5D" w:rsidRDefault="008832C8" w:rsidP="00521DF6">
            <w:pPr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Программа 3*</w:t>
            </w:r>
          </w:p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B5CF9C" w14:textId="77777777" w:rsidR="008832C8" w:rsidRPr="006D6F5D" w:rsidRDefault="008832C8" w:rsidP="00521DF6">
            <w:pPr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 9-7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EA8959" w14:textId="34EEB577" w:rsidR="008832C8" w:rsidRPr="006D6F5D" w:rsidRDefault="00D1223E" w:rsidP="00521DF6">
            <w:pPr>
              <w:rPr>
                <w:szCs w:val="21"/>
                <w:lang w:val="ru-RU"/>
              </w:rPr>
            </w:pPr>
            <w:r>
              <w:rPr>
                <w:szCs w:val="21"/>
                <w:lang w:val="ru-RU"/>
              </w:rPr>
              <w:t>30</w:t>
            </w:r>
            <w:r w:rsidR="008832C8" w:rsidRPr="006D6F5D">
              <w:rPr>
                <w:szCs w:val="21"/>
                <w:lang w:val="ru-RU"/>
              </w:rPr>
              <w:t>% от суммы счета</w:t>
            </w:r>
          </w:p>
        </w:tc>
      </w:tr>
      <w:tr w:rsidR="008832C8" w:rsidRPr="006D6F5D" w14:paraId="1E900EB6" w14:textId="77777777" w:rsidTr="00C738AA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AB5A0C" w14:textId="77777777" w:rsidR="008832C8" w:rsidRPr="006D6F5D" w:rsidRDefault="008832C8" w:rsidP="00521DF6">
            <w:pPr>
              <w:rPr>
                <w:szCs w:val="21"/>
                <w:lang w:val="ru-RU"/>
              </w:rPr>
            </w:pPr>
          </w:p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A4F6E" w14:textId="77777777" w:rsidR="008832C8" w:rsidRPr="006D6F5D" w:rsidRDefault="008832C8" w:rsidP="00521DF6">
            <w:pPr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 6-5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61D55" w14:textId="7C97252E" w:rsidR="008832C8" w:rsidRPr="006D6F5D" w:rsidRDefault="00D1223E" w:rsidP="00521DF6">
            <w:pPr>
              <w:rPr>
                <w:szCs w:val="21"/>
                <w:lang w:val="ru-RU"/>
              </w:rPr>
            </w:pPr>
            <w:r>
              <w:rPr>
                <w:szCs w:val="21"/>
                <w:lang w:val="ru-RU"/>
              </w:rPr>
              <w:t>60</w:t>
            </w:r>
            <w:r w:rsidR="008832C8" w:rsidRPr="006D6F5D">
              <w:rPr>
                <w:szCs w:val="21"/>
                <w:lang w:val="ru-RU"/>
              </w:rPr>
              <w:t>% от суммы счета</w:t>
            </w:r>
          </w:p>
        </w:tc>
      </w:tr>
      <w:tr w:rsidR="008832C8" w:rsidRPr="006D6F5D" w14:paraId="43224328" w14:textId="77777777" w:rsidTr="00C738AA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124E0" w14:textId="77777777" w:rsidR="008832C8" w:rsidRPr="006D6F5D" w:rsidRDefault="008832C8" w:rsidP="00521DF6">
            <w:pPr>
              <w:rPr>
                <w:szCs w:val="21"/>
                <w:lang w:val="ru-RU"/>
              </w:rPr>
            </w:pPr>
          </w:p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0672A" w14:textId="77777777" w:rsidR="008832C8" w:rsidRPr="006D6F5D" w:rsidRDefault="008832C8" w:rsidP="00521DF6">
            <w:pPr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За 4 дня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C27C2A" w14:textId="77777777" w:rsidR="008832C8" w:rsidRPr="006D6F5D" w:rsidRDefault="008832C8" w:rsidP="00521DF6">
            <w:pPr>
              <w:rPr>
                <w:szCs w:val="21"/>
                <w:lang w:val="ru-RU"/>
              </w:rPr>
            </w:pPr>
            <w:r w:rsidRPr="006D6F5D">
              <w:rPr>
                <w:szCs w:val="21"/>
                <w:lang w:val="ru-RU"/>
              </w:rPr>
              <w:t>100% от суммы счета</w:t>
            </w:r>
          </w:p>
        </w:tc>
      </w:tr>
    </w:tbl>
    <w:p w14:paraId="14771E97" w14:textId="77777777" w:rsidR="00EE48EE" w:rsidRDefault="00EE48EE" w:rsidP="00C738AA">
      <w:pPr>
        <w:pStyle w:val="Heading1Custom"/>
        <w:rPr>
          <w:lang w:val="ru-RU"/>
        </w:rPr>
      </w:pPr>
    </w:p>
    <w:p w14:paraId="38DD3E27" w14:textId="77777777" w:rsidR="00EE48EE" w:rsidRDefault="00EE48EE" w:rsidP="00C738AA">
      <w:pPr>
        <w:pStyle w:val="Heading1Custom"/>
        <w:rPr>
          <w:lang w:val="ru-RU"/>
        </w:rPr>
      </w:pPr>
    </w:p>
    <w:p w14:paraId="1CCE6884" w14:textId="77777777" w:rsidR="00D1223E" w:rsidRDefault="00D1223E" w:rsidP="00D1223E">
      <w:pPr>
        <w:pStyle w:val="Heading1Custom"/>
        <w:rPr>
          <w:lang w:val="ru-RU"/>
        </w:rPr>
      </w:pPr>
      <w:r>
        <w:rPr>
          <w:lang w:val="ru-RU"/>
        </w:rPr>
        <w:t xml:space="preserve">Условия аннуляции </w:t>
      </w:r>
      <w:r>
        <w:rPr>
          <w:sz w:val="24"/>
          <w:szCs w:val="24"/>
          <w:lang w:val="ru-RU"/>
        </w:rPr>
        <w:t>(для заездов с 24.12 по 04.01.2027)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D1223E" w14:paraId="00C9C9B6" w14:textId="77777777" w:rsidTr="00D1223E">
        <w:trPr>
          <w:cantSplit/>
          <w:tblHeader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58C424E" w14:textId="77777777" w:rsidR="00D1223E" w:rsidRDefault="00D1223E">
            <w:proofErr w:type="spellStart"/>
            <w:r>
              <w:t>Пакет</w:t>
            </w:r>
            <w:proofErr w:type="spellEnd"/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0D88692" w14:textId="77777777" w:rsidR="00D1223E" w:rsidRDefault="00D1223E"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аннуляции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DAF7FE1" w14:textId="77777777" w:rsidR="00D1223E" w:rsidRDefault="00D1223E">
            <w:proofErr w:type="spellStart"/>
            <w:r>
              <w:t>Штраф</w:t>
            </w:r>
            <w:proofErr w:type="spellEnd"/>
          </w:p>
        </w:tc>
      </w:tr>
      <w:tr w:rsidR="00D1223E" w14:paraId="7B59A1FF" w14:textId="77777777" w:rsidTr="00D1223E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84BFF0B" w14:textId="77777777" w:rsidR="00D1223E" w:rsidRDefault="00D1223E">
            <w:pPr>
              <w:rPr>
                <w:lang w:val="ru-RU"/>
              </w:rPr>
            </w:pPr>
            <w:r>
              <w:rPr>
                <w:szCs w:val="21"/>
                <w:lang w:val="ru-RU"/>
              </w:rPr>
              <w:t>Программа 3* и 3* с центральным размещением в Риме</w:t>
            </w:r>
            <w:proofErr w:type="gramStart"/>
            <w:r>
              <w:rPr>
                <w:szCs w:val="21"/>
                <w:lang w:val="ru-RU"/>
              </w:rPr>
              <w:t>/  Программа</w:t>
            </w:r>
            <w:proofErr w:type="gramEnd"/>
            <w:r>
              <w:rPr>
                <w:szCs w:val="21"/>
                <w:lang w:val="ru-RU"/>
              </w:rPr>
              <w:t xml:space="preserve"> 4*</w:t>
            </w:r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6841E1D" w14:textId="77777777" w:rsidR="00D1223E" w:rsidRDefault="00D1223E"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lang w:val="ru-RU"/>
              </w:rPr>
              <w:t>30</w:t>
            </w:r>
            <w:r>
              <w:t xml:space="preserve"> </w:t>
            </w:r>
            <w:proofErr w:type="spellStart"/>
            <w:r>
              <w:t>дн</w:t>
            </w:r>
            <w:proofErr w:type="spellEnd"/>
            <w:r>
              <w:rPr>
                <w:lang w:val="ru-RU"/>
              </w:rPr>
              <w:t>ей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5843107" w14:textId="77777777" w:rsidR="00D1223E" w:rsidRDefault="00D1223E">
            <w:r>
              <w:rPr>
                <w:lang w:val="ru-RU"/>
              </w:rPr>
              <w:t>30</w:t>
            </w:r>
            <w:r>
              <w:t xml:space="preserve">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D1223E" w14:paraId="13C5D5E2" w14:textId="77777777" w:rsidTr="00D1223E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A8A647" w14:textId="77777777" w:rsidR="00D1223E" w:rsidRDefault="00D1223E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8FFC856" w14:textId="77777777" w:rsidR="00D1223E" w:rsidRDefault="00D1223E">
            <w:proofErr w:type="spellStart"/>
            <w:r>
              <w:t>За</w:t>
            </w:r>
            <w:proofErr w:type="spellEnd"/>
            <w:r>
              <w:t xml:space="preserve"> 17 </w:t>
            </w:r>
            <w:proofErr w:type="spellStart"/>
            <w:r>
              <w:t>дней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7B55D37" w14:textId="77777777" w:rsidR="00D1223E" w:rsidRDefault="00D1223E">
            <w:r>
              <w:rPr>
                <w:lang w:val="ru-RU"/>
              </w:rPr>
              <w:t>6</w:t>
            </w:r>
            <w:r>
              <w:t xml:space="preserve">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D1223E" w14:paraId="4DDA8445" w14:textId="77777777" w:rsidTr="00D1223E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AFCD8" w14:textId="77777777" w:rsidR="00D1223E" w:rsidRDefault="00D1223E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5B2B7B8" w14:textId="77777777" w:rsidR="00D1223E" w:rsidRDefault="00D1223E">
            <w:pPr>
              <w:rPr>
                <w:lang w:val="ru-RU"/>
              </w:rPr>
            </w:pPr>
            <w:r>
              <w:rPr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43EF21A" w14:textId="77777777" w:rsidR="00D1223E" w:rsidRDefault="00D1223E">
            <w:r>
              <w:t xml:space="preserve">100%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</w:tbl>
    <w:p w14:paraId="04D5E6CC" w14:textId="77777777" w:rsidR="008832C8" w:rsidRPr="006D6F5D" w:rsidRDefault="008832C8" w:rsidP="008832C8">
      <w:pPr>
        <w:rPr>
          <w:szCs w:val="21"/>
          <w:lang w:val="ru-RU"/>
        </w:rPr>
      </w:pPr>
      <w:r w:rsidRPr="006D6F5D">
        <w:rPr>
          <w:szCs w:val="21"/>
          <w:lang w:val="ru-RU"/>
        </w:rPr>
        <w:t>• В случае аннуляции заявки до выхода визы, восстановление возможно при наличии свободных мест и с доплатой в размере 30 евро. Восстановление происходит по цен</w:t>
      </w:r>
      <w:r w:rsidR="006D6F5D">
        <w:rPr>
          <w:szCs w:val="21"/>
          <w:lang w:val="ru-RU"/>
        </w:rPr>
        <w:t>е первоначального подтверждения</w:t>
      </w:r>
    </w:p>
    <w:p w14:paraId="1D03C713" w14:textId="77777777" w:rsidR="008832C8" w:rsidRPr="006D6F5D" w:rsidRDefault="008832C8" w:rsidP="008832C8">
      <w:pPr>
        <w:rPr>
          <w:szCs w:val="21"/>
          <w:lang w:val="ru-RU"/>
        </w:rPr>
      </w:pPr>
      <w:r w:rsidRPr="006D6F5D">
        <w:rPr>
          <w:szCs w:val="21"/>
          <w:lang w:val="ru-RU"/>
        </w:rPr>
        <w:t>• Заявки на аннуляцию принимаются только в течение рабочего времени (с 09.00 до 18.00 по итальянскому времени) в будние дни. В случае получения заявки в не рабочее время она будет принята в работу в следующий рабочий день, от которого будет вестись расчёт срока аннуляции</w:t>
      </w:r>
    </w:p>
    <w:p w14:paraId="3487597F" w14:textId="77777777" w:rsidR="00485F47" w:rsidRPr="00C62C27" w:rsidRDefault="009E148E">
      <w:pPr>
        <w:pStyle w:val="Heading1Custom"/>
        <w:spacing w:before="180"/>
        <w:rPr>
          <w:lang w:val="ru-RU"/>
        </w:rPr>
      </w:pPr>
      <w:r w:rsidRPr="00C62C27">
        <w:rPr>
          <w:lang w:val="ru-RU"/>
        </w:rPr>
        <w:t>Важная информация</w:t>
      </w:r>
    </w:p>
    <w:p w14:paraId="47813819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Места гарантированно предоставляются с момента сбора всей группы. На объединенных экскурсиях смешанных групп в одном автобусе возможно предоставление смежных мест</w:t>
      </w:r>
    </w:p>
    <w:p w14:paraId="4352048D" w14:textId="77777777" w:rsidR="00485F47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Дети менее 4-х лет не могут принимать участие в туре</w:t>
      </w:r>
    </w:p>
    <w:p w14:paraId="3C857D86" w14:textId="77777777" w:rsidR="00501FBA" w:rsidRPr="006D6F5D" w:rsidRDefault="00501FBA">
      <w:pPr>
        <w:ind w:left="113"/>
        <w:rPr>
          <w:szCs w:val="21"/>
          <w:lang w:val="ru-RU"/>
        </w:rPr>
      </w:pPr>
      <w:r w:rsidRPr="00BA7D5F">
        <w:rPr>
          <w:lang w:val="ru-RU"/>
        </w:rPr>
        <w:t>•</w:t>
      </w:r>
      <w:r>
        <w:rPr>
          <w:lang w:val="ru-RU"/>
        </w:rPr>
        <w:t xml:space="preserve"> На тур </w:t>
      </w:r>
      <w:r w:rsidRPr="00C67032">
        <w:rPr>
          <w:lang w:val="ru-RU"/>
        </w:rPr>
        <w:t>допускаются туристы старше 75 лет только в сопровождении</w:t>
      </w:r>
    </w:p>
    <w:p w14:paraId="682D5186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Континентальный завтрак - чай, кофе, булочка, круассан, масло, джем</w:t>
      </w:r>
    </w:p>
    <w:p w14:paraId="2D9D6556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 xml:space="preserve">• Предоставление факультативных экскурсий в первые дни тура зависит от набора группы и компоновки автобуса, в связи с чем, количество мест может быть ограничено. Для туристов, заранее определившихся с экскурсиями в первые дни тура, рекомендуем связаться до начала тура с сопровождающим для </w:t>
      </w:r>
      <w:r w:rsidR="00631D42">
        <w:rPr>
          <w:szCs w:val="21"/>
          <w:lang w:val="ru-RU"/>
        </w:rPr>
        <w:t>бронирования мест на экскурсиях</w:t>
      </w:r>
    </w:p>
    <w:p w14:paraId="0A455E0D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 xml:space="preserve">• В случае, если в программе указаны два и более отеля одной и той же категории, компания </w:t>
      </w:r>
      <w:r w:rsidRPr="006D6F5D">
        <w:rPr>
          <w:szCs w:val="21"/>
        </w:rPr>
        <w:t>Europe</w:t>
      </w:r>
      <w:r w:rsidRPr="006D6F5D">
        <w:rPr>
          <w:szCs w:val="21"/>
          <w:lang w:val="ru-RU"/>
        </w:rPr>
        <w:t xml:space="preserve"> </w:t>
      </w:r>
      <w:r w:rsidRPr="006D6F5D">
        <w:rPr>
          <w:szCs w:val="21"/>
        </w:rPr>
        <w:t>Voyage</w:t>
      </w:r>
      <w:r w:rsidRPr="006D6F5D">
        <w:rPr>
          <w:szCs w:val="21"/>
          <w:lang w:val="ru-RU"/>
        </w:rPr>
        <w:t xml:space="preserve"> оставляет за собой право окончательного выбора отеля, в котором будет проживать турист</w:t>
      </w:r>
    </w:p>
    <w:p w14:paraId="2235C8FB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В период проведения международных выставок и олимпиад, спортивных соревнований международного уровня, возможно размещение в отелях в пригороде, в окрестностях</w:t>
      </w:r>
    </w:p>
    <w:p w14:paraId="046BF7C4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Порядок проведения экскурсий по техническим причинам может быть изменен</w:t>
      </w:r>
    </w:p>
    <w:p w14:paraId="3D0CBE9E" w14:textId="77777777" w:rsidR="00485F47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В случае государственных праздников некоторые музеи могут быть закрыты, компания оставляет за собой право их замены на альтернативные экскурсионные продукты</w:t>
      </w:r>
    </w:p>
    <w:p w14:paraId="2CF997E1" w14:textId="77777777" w:rsidR="00E03D6F" w:rsidRPr="006D6F5D" w:rsidRDefault="00E03D6F" w:rsidP="00E03D6F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</w:t>
      </w:r>
      <w:r>
        <w:rPr>
          <w:szCs w:val="21"/>
          <w:lang w:val="ru-RU"/>
        </w:rPr>
        <w:t xml:space="preserve"> </w:t>
      </w:r>
      <w:r w:rsidRPr="00E93E97">
        <w:rPr>
          <w:szCs w:val="21"/>
          <w:lang w:val="ru-RU"/>
        </w:rPr>
        <w:t>Экскурсия на озеро Гарда возможна только при покупке экскурсии в Верону. Отдельно экскурсия на</w:t>
      </w:r>
      <w:r w:rsidRPr="008F3D14">
        <w:rPr>
          <w:szCs w:val="21"/>
          <w:lang w:val="ru-RU"/>
        </w:rPr>
        <w:t xml:space="preserve"> озеро Гарда не предоставляется</w:t>
      </w:r>
    </w:p>
    <w:p w14:paraId="7E445C77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Экскурсии в Грюйер и Монтрё предоставляются по пути следования. Для туристов, не едущих на экскурсию, предусмотрено свободное время вне города/места проведения экскурсии. После окончания экскурсии ожидающие туристы присоединяются к группе и продолжают совместную программу тура</w:t>
      </w:r>
    </w:p>
    <w:p w14:paraId="1F9C373F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Посещение княжества Лихтенштейн зависит от дорожной ситуации в Швейцарии. В случае перекрытия основного горного перевала, движение осуществляется по запасному перевалу без посещения Лихтенштейна</w:t>
      </w:r>
    </w:p>
    <w:p w14:paraId="470022A9" w14:textId="77777777" w:rsidR="00485F47" w:rsidRPr="006D6F5D" w:rsidRDefault="009E148E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Экскурсия на о.Маджоре осуществляется с середины марта по конец октября</w:t>
      </w:r>
    </w:p>
    <w:p w14:paraId="6B3E7EC4" w14:textId="77777777" w:rsidR="00D91F23" w:rsidRPr="006D6F5D" w:rsidRDefault="00D91F23" w:rsidP="00D91F23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Срок предоставления полных полетных данных в ОБЕ стороны - до понедельника перед заездом.  В понедельник после 18:00 по Итальянскому времени изменения по туру не принимаются. Для туристов может быть забронирован только индивидуальный трансфер или они  будут самостоятельно добираться до отеля по программе (название и адрес указываются в программе, которая высылается в среду перед заездом)</w:t>
      </w:r>
    </w:p>
    <w:p w14:paraId="57920915" w14:textId="77777777" w:rsidR="00D91F23" w:rsidRPr="006D6F5D" w:rsidRDefault="00D91F23" w:rsidP="00D91F23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Групповой трансфер предоставляется только в день начала и окончания программы. При бронировании доп. ночей необходимо бронировать индивидуальный трансфер или туристам добираться до отеля самостоятельно</w:t>
      </w:r>
    </w:p>
    <w:p w14:paraId="1873496A" w14:textId="77777777" w:rsidR="00D91F23" w:rsidRPr="006D6F5D" w:rsidRDefault="00D91F23" w:rsidP="00D91F23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При предоставлении трансферов в начале и в конце тура, услуги сопровождающего могут не предоставляться</w:t>
      </w:r>
    </w:p>
    <w:p w14:paraId="19D438BC" w14:textId="77777777" w:rsidR="00D91F23" w:rsidRPr="006D6F5D" w:rsidRDefault="00D91F23" w:rsidP="00D91F23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lastRenderedPageBreak/>
        <w:t>• Предоставление группового трансфера по прибытии предполагает объединение туристов, прилетающих в разное время и разными рейсами. Объединение происходит в пределах примерно двухчасового диапазона, при этом возможны корректировки по времени ожидания в связи с задержкой рейсов. При предоставлении группового трансфера на вылете так же объединяются туристы с разных рейсов и с разным временем вылета, при этом существенным условием предоставление услуги является доставка туристов в аэропорт заблаговременно, для гарантированного прохождения ими предполетных процедур. Для тех туристов, которым важно прибытие в аэропорт к определенному рейсу рекомендуем заказывать индивидуальный трансфер</w:t>
      </w:r>
    </w:p>
    <w:p w14:paraId="7D9133DF" w14:textId="77777777" w:rsidR="00D91F23" w:rsidRPr="006D6F5D" w:rsidRDefault="00D91F23" w:rsidP="00D91F23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Обращаем внимание, что в случае неявки туристов к началу тура или отказа туристов от обслуживания в туре в одностороннем порядке, компания оставляет за собой право аннулировать все услуги без возврата стоимости</w:t>
      </w:r>
    </w:p>
    <w:p w14:paraId="467FFF54" w14:textId="77777777" w:rsidR="00D91F23" w:rsidRPr="006D6F5D" w:rsidRDefault="00D91F23" w:rsidP="00D91F23">
      <w:pPr>
        <w:ind w:left="113"/>
        <w:rPr>
          <w:szCs w:val="21"/>
          <w:lang w:val="ru-RU"/>
        </w:rPr>
      </w:pPr>
      <w:r w:rsidRPr="006D6F5D">
        <w:rPr>
          <w:szCs w:val="21"/>
          <w:lang w:val="ru-RU"/>
        </w:rPr>
        <w:t>• В случае задержки авиарейса программа тура не подлежит корректировке или изменению. Услуги, которыми туристы не смогли воспользоваться по причине отмены или задержки рейса, не компенсируются и не предоставляются повторно.</w:t>
      </w:r>
    </w:p>
    <w:p w14:paraId="3773032C" w14:textId="77777777" w:rsidR="00485F47" w:rsidRPr="00C62C27" w:rsidRDefault="00485F47" w:rsidP="00D91F23">
      <w:pPr>
        <w:ind w:left="113"/>
        <w:rPr>
          <w:lang w:val="ru-RU"/>
        </w:rPr>
      </w:pPr>
    </w:p>
    <w:sectPr w:rsidR="00485F47" w:rsidRPr="00C62C27" w:rsidSect="00034616">
      <w:headerReference w:type="default" r:id="rId8"/>
      <w:pgSz w:w="11906" w:h="16838"/>
      <w:pgMar w:top="907" w:right="850" w:bottom="794" w:left="964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45605" w14:textId="77777777" w:rsidR="00713A10" w:rsidRDefault="00713A10">
      <w:pPr>
        <w:spacing w:after="0" w:line="240" w:lineRule="auto"/>
      </w:pPr>
      <w:r>
        <w:separator/>
      </w:r>
    </w:p>
  </w:endnote>
  <w:endnote w:type="continuationSeparator" w:id="0">
    <w:p w14:paraId="363011A2" w14:textId="77777777" w:rsidR="00713A10" w:rsidRDefault="00713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38F5A" w14:textId="77777777" w:rsidR="00713A10" w:rsidRDefault="00713A10">
      <w:pPr>
        <w:spacing w:after="0" w:line="240" w:lineRule="auto"/>
      </w:pPr>
      <w:r>
        <w:separator/>
      </w:r>
    </w:p>
  </w:footnote>
  <w:footnote w:type="continuationSeparator" w:id="0">
    <w:p w14:paraId="11FDAFB8" w14:textId="77777777" w:rsidR="00713A10" w:rsidRDefault="00713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0EB9B" w14:textId="77777777" w:rsidR="00485F47" w:rsidRDefault="00485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8F9"/>
    <w:rsid w:val="00034616"/>
    <w:rsid w:val="00055FA5"/>
    <w:rsid w:val="0006063C"/>
    <w:rsid w:val="0015074B"/>
    <w:rsid w:val="00154B2E"/>
    <w:rsid w:val="00190097"/>
    <w:rsid w:val="001A5362"/>
    <w:rsid w:val="001F27BA"/>
    <w:rsid w:val="002205D5"/>
    <w:rsid w:val="00257E23"/>
    <w:rsid w:val="0029639D"/>
    <w:rsid w:val="002E27AD"/>
    <w:rsid w:val="0032456A"/>
    <w:rsid w:val="00326F90"/>
    <w:rsid w:val="00327695"/>
    <w:rsid w:val="003A3625"/>
    <w:rsid w:val="00407841"/>
    <w:rsid w:val="004767A0"/>
    <w:rsid w:val="00485F47"/>
    <w:rsid w:val="00493CCA"/>
    <w:rsid w:val="004C21BA"/>
    <w:rsid w:val="004E065A"/>
    <w:rsid w:val="00501FBA"/>
    <w:rsid w:val="00525475"/>
    <w:rsid w:val="0055791C"/>
    <w:rsid w:val="005718E9"/>
    <w:rsid w:val="00586085"/>
    <w:rsid w:val="005C2FB1"/>
    <w:rsid w:val="005E559A"/>
    <w:rsid w:val="00606DF7"/>
    <w:rsid w:val="00614052"/>
    <w:rsid w:val="00617858"/>
    <w:rsid w:val="00631D42"/>
    <w:rsid w:val="006C588E"/>
    <w:rsid w:val="006D6F5D"/>
    <w:rsid w:val="007075B2"/>
    <w:rsid w:val="007130A3"/>
    <w:rsid w:val="00713A10"/>
    <w:rsid w:val="007754C1"/>
    <w:rsid w:val="00871091"/>
    <w:rsid w:val="008832C8"/>
    <w:rsid w:val="00893345"/>
    <w:rsid w:val="008A778C"/>
    <w:rsid w:val="008D3A41"/>
    <w:rsid w:val="00917859"/>
    <w:rsid w:val="009C7383"/>
    <w:rsid w:val="009E148E"/>
    <w:rsid w:val="00A15DE5"/>
    <w:rsid w:val="00A33334"/>
    <w:rsid w:val="00A337D9"/>
    <w:rsid w:val="00A743D7"/>
    <w:rsid w:val="00AA1D8D"/>
    <w:rsid w:val="00AB13A9"/>
    <w:rsid w:val="00AC4725"/>
    <w:rsid w:val="00B47730"/>
    <w:rsid w:val="00B6175B"/>
    <w:rsid w:val="00B65CC6"/>
    <w:rsid w:val="00BD2DF0"/>
    <w:rsid w:val="00C60399"/>
    <w:rsid w:val="00C624F5"/>
    <w:rsid w:val="00C62C27"/>
    <w:rsid w:val="00C66C9C"/>
    <w:rsid w:val="00C738AA"/>
    <w:rsid w:val="00CB0664"/>
    <w:rsid w:val="00CD42DE"/>
    <w:rsid w:val="00D1223E"/>
    <w:rsid w:val="00D91F23"/>
    <w:rsid w:val="00DD6EBF"/>
    <w:rsid w:val="00E03D6F"/>
    <w:rsid w:val="00E06378"/>
    <w:rsid w:val="00E33AE6"/>
    <w:rsid w:val="00E51691"/>
    <w:rsid w:val="00EE04CD"/>
    <w:rsid w:val="00EE1A00"/>
    <w:rsid w:val="00EE48EE"/>
    <w:rsid w:val="00EF38F1"/>
    <w:rsid w:val="00F109CD"/>
    <w:rsid w:val="00F50777"/>
    <w:rsid w:val="00FA6BC7"/>
    <w:rsid w:val="00FB6C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866E92"/>
  <w15:docId w15:val="{A37CF985-1485-4727-BC85-F5279FF6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basedOn w:val="Normal"/>
    <w:pPr>
      <w:spacing w:after="120"/>
    </w:pPr>
    <w:rPr>
      <w:b/>
      <w:color w:val="193A6A"/>
      <w:sz w:val="44"/>
    </w:rPr>
  </w:style>
  <w:style w:type="paragraph" w:customStyle="1" w:styleId="SubtitleCustom">
    <w:name w:val="SubtitleCustom"/>
    <w:basedOn w:val="Normal"/>
    <w:pPr>
      <w:spacing w:after="120"/>
    </w:pPr>
    <w:rPr>
      <w:color w:val="5A6B7B"/>
      <w:sz w:val="22"/>
    </w:rPr>
  </w:style>
  <w:style w:type="paragraph" w:customStyle="1" w:styleId="Heading1Custom">
    <w:name w:val="Heading1Custom"/>
    <w:basedOn w:val="Normal"/>
    <w:pPr>
      <w:spacing w:before="160" w:after="80"/>
    </w:pPr>
    <w:rPr>
      <w:b/>
      <w:color w:val="193A6A"/>
      <w:sz w:val="30"/>
    </w:rPr>
  </w:style>
  <w:style w:type="paragraph" w:customStyle="1" w:styleId="Heading2Custom">
    <w:name w:val="Heading2Custom"/>
    <w:basedOn w:val="Normal"/>
    <w:pPr>
      <w:spacing w:before="160" w:after="80"/>
    </w:pPr>
    <w:rPr>
      <w:b/>
      <w:color w:val="244B7A"/>
      <w:sz w:val="25"/>
    </w:rPr>
  </w:style>
  <w:style w:type="paragraph" w:customStyle="1" w:styleId="SmallNote">
    <w:name w:val="SmallNote"/>
    <w:basedOn w:val="Normal"/>
    <w:pPr>
      <w:spacing w:after="40"/>
    </w:pPr>
    <w:rPr>
      <w:color w:val="666666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841"/>
    <w:rPr>
      <w:rFonts w:ascii="Tahoma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F91C4E-4623-4856-B1DE-8D656B16F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1770</Words>
  <Characters>10092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44</cp:revision>
  <dcterms:created xsi:type="dcterms:W3CDTF">2026-03-23T13:07:00Z</dcterms:created>
  <dcterms:modified xsi:type="dcterms:W3CDTF">2026-09-19T09:07:00Z</dcterms:modified>
</cp:coreProperties>
</file>